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F9A5" w14:textId="7F7CC291" w:rsidR="00C9488B" w:rsidRDefault="00DC6AF5">
      <w:pPr>
        <w:jc w:val="center"/>
      </w:pPr>
      <w:r>
        <w:rPr>
          <w:b/>
          <w:sz w:val="36"/>
        </w:rPr>
        <w:t>HAIKAL SA</w:t>
      </w:r>
      <w:r w:rsidR="00EA7518">
        <w:rPr>
          <w:b/>
          <w:sz w:val="36"/>
        </w:rPr>
        <w:t>I</w:t>
      </w:r>
      <w:r>
        <w:rPr>
          <w:b/>
          <w:sz w:val="36"/>
        </w:rPr>
        <w:t>FAN AMMAR</w:t>
      </w:r>
    </w:p>
    <w:p w14:paraId="3F20A706" w14:textId="77777777" w:rsidR="00C9488B" w:rsidRDefault="00DC6AF5">
      <w:pPr>
        <w:pStyle w:val="Heading1"/>
        <w:spacing w:before="240" w:after="80"/>
      </w:pPr>
      <w:r>
        <w:t>PROFESSIONAL SUMMARY</w:t>
      </w:r>
    </w:p>
    <w:p w14:paraId="44820CFC" w14:textId="77777777" w:rsidR="00EA7518" w:rsidRPr="00EA7518" w:rsidRDefault="00EA7518" w:rsidP="00EA7518">
      <w:pPr>
        <w:pStyle w:val="NoSpacing"/>
      </w:pPr>
    </w:p>
    <w:p w14:paraId="62B46027" w14:textId="77777777" w:rsidR="00C9488B" w:rsidRDefault="00DC6AF5">
      <w:r>
        <w:t>A motivated and disciplined Fresh Graduate from Universitas PGRI Adi Buana Surabaya. Demonstrates strong teamwork, resilience, and goal-oriented focus, proven through active participation and achievements in regional and national sports competitions. Eager to leverage these soft skills and academic background to contribute effectively in a professional professional environment.</w:t>
      </w:r>
    </w:p>
    <w:p w14:paraId="3CD9A33E" w14:textId="77777777" w:rsidR="00C9488B" w:rsidRDefault="00DC6AF5">
      <w:pPr>
        <w:pStyle w:val="Heading1"/>
        <w:spacing w:before="240" w:after="80"/>
      </w:pPr>
      <w:r>
        <w:t>EDUCATION</w:t>
      </w:r>
    </w:p>
    <w:p w14:paraId="011BF290" w14:textId="77777777" w:rsidR="00EA7518" w:rsidRPr="00EA7518" w:rsidRDefault="00EA7518" w:rsidP="00EA7518">
      <w:pPr>
        <w:pStyle w:val="NoSpacing"/>
      </w:pPr>
    </w:p>
    <w:p w14:paraId="00F214DC" w14:textId="11955146" w:rsidR="00EA7518" w:rsidRDefault="00DC6AF5" w:rsidP="00EA7518">
      <w:pPr>
        <w:pStyle w:val="ListParagraph"/>
        <w:numPr>
          <w:ilvl w:val="0"/>
          <w:numId w:val="10"/>
        </w:numPr>
      </w:pPr>
      <w:r w:rsidRPr="00EA7518">
        <w:rPr>
          <w:b/>
        </w:rPr>
        <w:t>Universitas PGRI Adi Buana Surabaya</w:t>
      </w:r>
      <w:r w:rsidRPr="00EA7518">
        <w:rPr>
          <w:b/>
        </w:rPr>
        <w:br/>
      </w:r>
      <w:r>
        <w:t>Bachelor's Degree (S1) | Graduated: 2024</w:t>
      </w:r>
    </w:p>
    <w:p w14:paraId="4A34CD4C" w14:textId="6ADD3049" w:rsidR="00C9488B" w:rsidRDefault="00DC6AF5" w:rsidP="00EA7518">
      <w:pPr>
        <w:pStyle w:val="ListParagraph"/>
        <w:numPr>
          <w:ilvl w:val="0"/>
          <w:numId w:val="10"/>
        </w:numPr>
      </w:pPr>
      <w:r w:rsidRPr="00EA7518">
        <w:rPr>
          <w:b/>
        </w:rPr>
        <w:t>SMA Muhammadiyah 1 Taman</w:t>
      </w:r>
      <w:r w:rsidRPr="00EA7518">
        <w:rPr>
          <w:b/>
        </w:rPr>
        <w:br/>
      </w:r>
      <w:r>
        <w:t>High School Diploma | Graduated: 2019</w:t>
      </w:r>
    </w:p>
    <w:p w14:paraId="66B4B446" w14:textId="77777777" w:rsidR="00C9488B" w:rsidRDefault="00DC6AF5">
      <w:pPr>
        <w:pStyle w:val="Heading1"/>
        <w:spacing w:before="240" w:after="80"/>
      </w:pPr>
      <w:r>
        <w:t>A</w:t>
      </w:r>
      <w:r>
        <w:t>CHIEVEMENTS &amp; COMPETITIONS</w:t>
      </w:r>
    </w:p>
    <w:p w14:paraId="415D0FAC" w14:textId="77777777" w:rsidR="00EA7518" w:rsidRPr="00EA7518" w:rsidRDefault="00EA7518" w:rsidP="00EA7518">
      <w:pPr>
        <w:pStyle w:val="NoSpacing"/>
      </w:pPr>
    </w:p>
    <w:p w14:paraId="3D74CF33" w14:textId="77777777" w:rsidR="00C9488B" w:rsidRDefault="00DC6AF5">
      <w:pPr>
        <w:pStyle w:val="ListBullet"/>
      </w:pPr>
      <w:r>
        <w:t>Participant, National Student Sports and Arts Week of PGRI Higher Education (2022) - Represented the institution in a highly competitive national-level multi-sport event.</w:t>
      </w:r>
    </w:p>
    <w:p w14:paraId="453DB556" w14:textId="77777777" w:rsidR="00C9488B" w:rsidRDefault="00DC6AF5">
      <w:pPr>
        <w:pStyle w:val="ListBullet"/>
      </w:pPr>
      <w:r>
        <w:t>Participant, East Java Provincial Student Sports Week (POMPROV JATIM) (2022) - Competed against top student-athletes across the East Java province, demonstrating advanced athletic performance and teamwork.</w:t>
      </w:r>
    </w:p>
    <w:p w14:paraId="6B628DF7" w14:textId="77777777" w:rsidR="00C9488B" w:rsidRDefault="00DC6AF5">
      <w:pPr>
        <w:pStyle w:val="ListBullet"/>
      </w:pPr>
      <w:r>
        <w:t>2nd Place Winner, Sidoarjo Regency Sports Week (PORKAB), KONI Sidoarjo Regency (2021) - Achieved silver medal standing through strategic execution, rigorous training, and dedication.</w:t>
      </w:r>
    </w:p>
    <w:p w14:paraId="35454D06" w14:textId="534E39BC" w:rsidR="00EA7518" w:rsidRDefault="00EA7518">
      <w:pPr>
        <w:pStyle w:val="ListBullet"/>
      </w:pPr>
      <w:r w:rsidRPr="00EA7518">
        <w:t>Becoming a football coach in</w:t>
      </w:r>
      <w:r>
        <w:t xml:space="preserve"> Sun Soccer School for 2 years until now</w:t>
      </w:r>
    </w:p>
    <w:sectPr w:rsidR="00EA751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BE6807"/>
    <w:multiLevelType w:val="hybridMultilevel"/>
    <w:tmpl w:val="000291C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750222">
    <w:abstractNumId w:val="8"/>
  </w:num>
  <w:num w:numId="2" w16cid:durableId="204874862">
    <w:abstractNumId w:val="6"/>
  </w:num>
  <w:num w:numId="3" w16cid:durableId="1232694893">
    <w:abstractNumId w:val="5"/>
  </w:num>
  <w:num w:numId="4" w16cid:durableId="719671906">
    <w:abstractNumId w:val="4"/>
  </w:num>
  <w:num w:numId="5" w16cid:durableId="1916357682">
    <w:abstractNumId w:val="7"/>
  </w:num>
  <w:num w:numId="6" w16cid:durableId="257562559">
    <w:abstractNumId w:val="3"/>
  </w:num>
  <w:num w:numId="7" w16cid:durableId="1294602173">
    <w:abstractNumId w:val="2"/>
  </w:num>
  <w:num w:numId="8" w16cid:durableId="228421594">
    <w:abstractNumId w:val="1"/>
  </w:num>
  <w:num w:numId="9" w16cid:durableId="2018069952">
    <w:abstractNumId w:val="0"/>
  </w:num>
  <w:num w:numId="10" w16cid:durableId="2900216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201D8"/>
    <w:rsid w:val="00B47730"/>
    <w:rsid w:val="00C9488B"/>
    <w:rsid w:val="00CB0664"/>
    <w:rsid w:val="00DC6AF5"/>
    <w:rsid w:val="00EA7518"/>
    <w:rsid w:val="00EC75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6DEDB"/>
  <w14:defaultImageDpi w14:val="300"/>
  <w15:docId w15:val="{A18F00B4-8D34-4CA8-BFB5-8C0E062B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haikalsaifan07@gmail.com</cp:lastModifiedBy>
  <cp:revision>2</cp:revision>
  <cp:lastPrinted>2026-06-18T09:10:00Z</cp:lastPrinted>
  <dcterms:created xsi:type="dcterms:W3CDTF">2026-06-18T09:11:00Z</dcterms:created>
  <dcterms:modified xsi:type="dcterms:W3CDTF">2026-06-18T09:11:00Z</dcterms:modified>
  <cp:category/>
</cp:coreProperties>
</file>